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drawing>
          <wp:inline xmlns:a="http://schemas.openxmlformats.org/drawingml/2006/main" xmlns:pic="http://schemas.openxmlformats.org/drawingml/2006/picture">
            <wp:extent cx="3024000" cy="81682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mpi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8168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120"/>
      </w:pPr>
      <w:r>
        <w:rPr>
          <w:b/>
          <w:color w:val="08B7C2"/>
          <w:sz w:val="20"/>
        </w:rPr>
        <w:t>DOSSIER FUNCIONAL Y DE INTERFAZ  ·  ESPECIFICACIÓN PARA DESARROLLO</w:t>
      </w:r>
    </w:p>
    <w:p>
      <w:pPr>
        <w:pStyle w:val="Title"/>
      </w:pPr>
      <w:r>
        <w:t>03  Ventas y facturación</w:t>
      </w:r>
    </w:p>
    <w:p>
      <w:r>
        <w:rPr>
          <w:b/>
          <w:color w:val="60758A"/>
          <w:sz w:val="18"/>
        </w:rPr>
        <w:t>ERP EMPRESARIAL    |    Ámbito: Canarias    |    Versión 1.0 · 18/10/2026</w:t>
      </w:r>
    </w:p>
    <w:p>
      <w:r>
        <w:t>Gestionar íntegramente el ciclo de venta B2B simulado: presupuesto, pedido, reserva, albarán, factura, cobro y posibles rectificaciones, con reglas fiscales canarias.</w:t>
      </w:r>
    </w:p>
    <w:p>
      <w:pPr>
        <w:pStyle w:val="Heading2"/>
      </w:pPr>
      <w:r>
        <w:t>Resumen de la especificación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11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PROCEDIMIENTO</w:t>
            </w:r>
          </w:p>
        </w:tc>
        <w:tc>
          <w:tcPr>
            <w:tcW w:type="dxa" w:w="283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VISTAS/PANTALLAS</w:t>
            </w:r>
          </w:p>
        </w:tc>
        <w:tc>
          <w:tcPr>
            <w:tcW w:type="dxa" w:w="918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PERFILES IMPLICADOS</w:t>
            </w:r>
          </w:p>
        </w:tc>
      </w:tr>
      <w:tr>
        <w:tc>
          <w:tcPr>
            <w:tcW w:type="dxa" w:w="311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9 fases operativas</w:t>
            </w:r>
          </w:p>
        </w:tc>
        <w:tc>
          <w:tcPr>
            <w:tcW w:type="dxa" w:w="283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7 vistas documentadas</w:t>
            </w:r>
          </w:p>
        </w:tc>
        <w:tc>
          <w:tcPr>
            <w:tcW w:type="dxa" w:w="918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Equipo comercial; facturación; almacén; contabilidad; tesorería; empresa compradora</w:t>
            </w:r>
          </w:p>
        </w:tc>
      </w:tr>
    </w:tbl>
    <w:p>
      <w:pPr>
        <w:spacing w:after="20"/>
      </w:pPr>
    </w:p>
    <w:p>
      <w:pPr>
        <w:pStyle w:val="Heading2"/>
      </w:pPr>
      <w:r>
        <w:t>Navegación prevista del módulo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751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PRIMER GRUPO DE VISTAS</w:t>
            </w:r>
          </w:p>
        </w:tc>
        <w:tc>
          <w:tcPr>
            <w:tcW w:type="dxa" w:w="762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SEGUNDO GRUPO DE VISTAS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  Centro de ventas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05  Facturas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  Presupuestos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06  Cobros y seguimiento</w:t>
            </w:r>
          </w:p>
        </w:tc>
      </w:tr>
      <w:tr>
        <w:tc>
          <w:tcPr>
            <w:tcW w:type="dxa" w:w="751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  Pedidos</w:t>
            </w:r>
          </w:p>
        </w:tc>
        <w:tc>
          <w:tcPr>
            <w:tcW w:type="dxa" w:w="762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07  Trazabilidad</w:t>
            </w:r>
          </w:p>
        </w:tc>
      </w:tr>
      <w:tr>
        <w:tc>
          <w:tcPr>
            <w:tcW w:type="dxa" w:w="751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  Albaranes</w:t>
            </w:r>
          </w:p>
        </w:tc>
        <w:tc>
          <w:tcPr>
            <w:tcW w:type="dxa" w:w="762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—</w:t>
            </w:r>
          </w:p>
        </w:tc>
      </w:tr>
    </w:tbl>
    <w:p>
      <w:pPr>
        <w:spacing w:after="20"/>
      </w:pPr>
    </w:p>
    <w:p>
      <w:pPr>
        <w:pStyle w:val="Heading2"/>
      </w:pPr>
      <w:r>
        <w:t>Supuesto de utilización</w:t>
      </w:r>
    </w:p>
    <w:p>
      <w:r>
        <w:t>Un proveedor vende cinco portátiles a una empresa de otro instituto; se aceptan precios, se sirven cuatro unidades y se factura solo la parte entregada. La quinta se despacha posteriormente y genera el documento correspondiente.</w:t>
      </w:r>
    </w:p>
    <w:p>
      <w:r>
        <w:t>Referencia visual: la página siguiente reproduce la maqueta 1920 × 1080 aprobada. Este dossier especifica pantallas futuras, reglas y funcionamiento; la imagen es conceptual, no un producto actualmente operativo.</w:t>
      </w:r>
    </w:p>
    <w:p>
      <w:pPr>
        <w:pStyle w:val="Heading2"/>
        <w:pageBreakBefore/>
      </w:pPr>
      <w:r>
        <w:t>Maqueta visual de referencia · vista general de la aplicación</w:t>
      </w:r>
    </w:p>
    <w:p>
      <w:r>
        <w:drawing>
          <wp:inline xmlns:a="http://schemas.openxmlformats.org/drawingml/2006/main" xmlns:pic="http://schemas.openxmlformats.org/drawingml/2006/picture">
            <wp:extent cx="9432000" cy="5305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ventas-y-facturac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432000" cy="5305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60758A"/>
          <w:sz w:val="16"/>
        </w:rPr>
        <w:t>FIGURA 1. Maqueta aprobada · 1920 × 1080 · sistema visual RED FP360</w:t>
      </w:r>
    </w:p>
    <w:p>
      <w:r>
        <w:br w:type="page"/>
      </w:r>
    </w:p>
    <w:p>
      <w:pPr>
        <w:pStyle w:val="Heading1"/>
      </w:pPr>
      <w:r>
        <w:t>1.  Finalidad, alcance y contexto profesional</w:t>
      </w:r>
    </w:p>
    <w:p>
      <w:r>
        <w:t>Gestionar íntegramente el ciclo de venta B2B simulado: presupuesto, pedido, reserva, albarán, factura, cobro y posibles rectificaciones, con reglas fiscales canarias.</w:t>
      </w:r>
    </w:p>
    <w:p>
      <w:r>
        <w:t>Perfiles que intervienen: Equipo comercial; facturación; almacén; contabilidad; tesorería; empresa compradora. El caso se desarrolla exclusivamente con empresas, cuentas, personas y documentos simulados de la red canaria. Los procesos se reproducen con el nivel de dificultad previsto en la programación didáctica.</w:t>
      </w:r>
    </w:p>
    <w:p>
      <w:pPr>
        <w:pStyle w:val="Heading2"/>
      </w:pPr>
      <w:r>
        <w:t>Resultados operativos de la aplicación</w:t>
      </w:r>
    </w:p>
    <w:p>
      <w:pPr>
        <w:pStyle w:val="ListBullet"/>
        <w:spacing w:after="80"/>
      </w:pPr>
      <w:r>
        <w:t>Una operación queda completamente documentada desde el origen hasta su estado de cierre, con autor, fecha simulada y evidencias.</w:t>
      </w:r>
    </w:p>
    <w:p>
      <w:pPr>
        <w:pStyle w:val="ListBullet"/>
        <w:spacing w:after="80"/>
      </w:pPr>
      <w:r>
        <w:t>Las tareas pueden repartirse entre alumnado de la misma empresa y entre institutos cuando el procedimiento lo requiera.</w:t>
      </w:r>
    </w:p>
    <w:p>
      <w:pPr>
        <w:pStyle w:val="ListBullet"/>
        <w:spacing w:after="80"/>
      </w:pPr>
      <w:r>
        <w:t>Todos los importes, validaciones y cambios de estado se calculan con reglas transaccionales verificables; la IA no sustituye esos controles.</w:t>
      </w:r>
    </w:p>
    <w:p>
      <w:pPr>
        <w:pStyle w:val="Heading1"/>
      </w:pPr>
      <w:r>
        <w:t>2.  Proceso administrativo completo, paso a paso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87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PASO</w:t>
            </w:r>
          </w:p>
        </w:tc>
        <w:tc>
          <w:tcPr>
            <w:tcW w:type="dxa" w:w="856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ACTUACIÓN ADMINISTRATIVA DEL ALUMNADO</w:t>
            </w:r>
          </w:p>
        </w:tc>
        <w:tc>
          <w:tcPr>
            <w:tcW w:type="dxa" w:w="56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/ SALIDA DEL SISTEMA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01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Recibir petición de oferta procedente del mercado o CRM.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Verificar permisos, empresa, periodo y disponibilidad de datos de inicio.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02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Revisar catálogo, stock, tarifas y condiciones.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03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presupuesto con vigencia y condiciones.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04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aceptación y convertir oferta en pedido sin duplicar datos.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05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Reservar existencias y solicitar preparación al almacén.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06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Confirmar entrega simulada con albarán.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consistencia documental y reglas del escenario antes de avanzar.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07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factura con desglose de base, IGIC aplicable y total.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autor, fecha simulada y vínculos con documentos de origen.</w:t>
            </w:r>
          </w:p>
        </w:tc>
      </w:tr>
      <w:tr>
        <w:tc>
          <w:tcPr>
            <w:tcW w:type="dxa" w:w="87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08</w:t>
            </w:r>
          </w:p>
        </w:tc>
        <w:tc>
          <w:tcPr>
            <w:tcW w:type="dxa" w:w="856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Enviar la factura a la empresa cliente y registrar derecho de cobro.</w:t>
            </w:r>
          </w:p>
        </w:tc>
        <w:tc>
          <w:tcPr>
            <w:tcW w:type="dxa" w:w="56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Generar estado intermedio y notificar al siguiente responsable.</w:t>
            </w:r>
          </w:p>
        </w:tc>
      </w:tr>
      <w:tr>
        <w:tc>
          <w:tcPr>
            <w:tcW w:type="dxa" w:w="87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09</w:t>
            </w:r>
          </w:p>
        </w:tc>
        <w:tc>
          <w:tcPr>
            <w:tcW w:type="dxa" w:w="856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Conciliar el pago recibido o tramitar incidencia/rectificativa.</w:t>
            </w:r>
          </w:p>
        </w:tc>
        <w:tc>
          <w:tcPr>
            <w:tcW w:type="dxa" w:w="56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Cerrar el expediente, registrar evidencias y actualizar indicadores.</w:t>
            </w:r>
          </w:p>
        </w:tc>
      </w:tr>
    </w:tbl>
    <w:p>
      <w:pPr>
        <w:spacing w:after="20"/>
      </w:pPr>
    </w:p>
    <w:p>
      <w:pPr>
        <w:pStyle w:val="Heading2"/>
      </w:pPr>
      <w:r>
        <w:t>Procedimiento de ejemplo integrable en FP360 SIM</w:t>
      </w:r>
    </w:p>
    <w:p>
      <w:r>
        <w:t>Un proveedor vende cinco portátiles a una empresa de otro instituto; se aceptan precios, se sirven cuatro unidades y se factura solo la parte entregada. La quinta se despacha posteriormente y genera el documento correspondiente.</w:t>
      </w:r>
    </w:p>
    <w:p>
      <w:pPr>
        <w:pStyle w:val="Heading1"/>
      </w:pPr>
      <w:r>
        <w:t>3.  Diseño visual y navegación de la aplicación</w:t>
      </w:r>
    </w:p>
    <w:p>
      <w:r>
        <w:t>Las pantallas utilizarán la misma identidad gráfica de la maqueta: barra superior blanca, navegación lateral clara, encabezados azul marino, acción primaria azul, acentos turquesa, tarjetas de métricas y estados con color y texto. No se utilizará una identidad distinta en cada pestaña.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26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ZONA</w:t>
            </w:r>
          </w:p>
        </w:tc>
        <w:tc>
          <w:tcPr>
            <w:tcW w:type="dxa" w:w="12869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APARIENCIA Y COMPORTAMIENTO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Cabecera fija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Logotipo RED FP360 original a la izquierda; selector de empresa y centro; búsqueda contextual; notificaciones; usuario y rol. La cabecera no se desplaza con la tabla.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Menú lateral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Fondo claro y bordes suaves; iconos lineales; aplicación activa en azul #176FD7; grupos plegables y etiquetas en castellano.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de trabajo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Título claro, descripción de una línea, filtros y una acción primaria arriba a la derecha. Cards de indicadores con cifra, unidad y periodo explícitos.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Área central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Tabla ordenable o tablero con buscador; encabezado fijo; paginación; estado con distintivo de color y texto, no solo color.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Panel contextual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Detalle en tarjeta o panel lateral derecho con pestañas, línea temporal, documentos vinculados y acciones secundarias.</w:t>
            </w:r>
          </w:p>
        </w:tc>
      </w:tr>
      <w:tr>
        <w:tc>
          <w:tcPr>
            <w:tcW w:type="dxa" w:w="226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Accesibilidad</w:t>
            </w:r>
          </w:p>
        </w:tc>
        <w:tc>
          <w:tcPr>
            <w:tcW w:type="dxa" w:w="12869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Contrastes de texto, foco visible, navegación por teclado, etiquetas de formulario, validación junto al campo y confirmaciones explícitas.</w:t>
            </w:r>
          </w:p>
        </w:tc>
      </w:tr>
      <w:tr>
        <w:tc>
          <w:tcPr>
            <w:tcW w:type="dxa" w:w="226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Móvil y tablet</w:t>
            </w:r>
          </w:p>
        </w:tc>
        <w:tc>
          <w:tcPr>
            <w:tcW w:type="dxa" w:w="12869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menú se convierte en cajón; KPIs se apilan; tablas tienen scroll horizontal o tarjetas; paneles de detalle ocupan la pantalla sin deformar la imagen.</w:t>
            </w:r>
          </w:p>
        </w:tc>
      </w:tr>
    </w:tbl>
    <w:p>
      <w:pPr>
        <w:spacing w:after="20"/>
      </w:pPr>
    </w:p>
    <w:p>
      <w:pPr>
        <w:pStyle w:val="Heading1"/>
      </w:pPr>
      <w:r>
        <w:t>4.  Inventario detallado de pantallas y pestañas</w:t>
      </w:r>
    </w:p>
    <w:p>
      <w:r>
        <w:t>Cada bloque siguiente es una especificación de interfaz a implementar. Solo la pantalla principal dispone actualmente de una maqueta gráfica adjunta; las demás comparten su sistema visual y deberán diseñarse sin cambiar la navegación ni los componentes.</w:t>
      </w:r>
    </w:p>
    <w:p>
      <w:pPr>
        <w:pStyle w:val="Heading2"/>
      </w:pPr>
      <w:r>
        <w:t>Pantalla 01 — Centro de ventas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Tarjetas de presupuestos, facturación, cobros pendientes y tabla de documentos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presupuesto, pedido o factura; filtrar por estado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totales dependen de documentos confirmados.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02 — Presupuestos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Editor con cliente, vigencia, productos, cantidades, descuentos, tipos de IGIC y condiciones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borrador, enviar, convertir en pedido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Una aceptación identifica versión y fecha.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03 — Pedidos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Listado por cliente, estado de aprobación y disponibilidad de almacén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Confirmar, reservar stock, enviar a logística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Bloquear la expedición de unidades no disponibles.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04 — Albaranes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Preparación, entregas completas o parciales y justificante de recepción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albarán, marcar recepción, devolver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cantidades servidas no exceden las del pedido.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05 — Facturas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Formulario de series, fecha, líneas, base, IGIC, vencimiento y referencia al pedido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Emitir, guardar borrador, crear rectificativa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Numeración única y bloqueo de edición de emitidas.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06 — Cobros y seguimiento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Vencimientos, pagos parciales, reclamaciones y conciliación con Banco FP360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Solicitar cobro, conciliar, reclamar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No marcar cobrada sin asiento/operación de pago válida.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2"/>
      </w:pPr>
      <w:r>
        <w:t>Pantalla 07 — Trazabilidad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266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ASPECTO</w:t>
            </w:r>
          </w:p>
        </w:tc>
        <w:tc>
          <w:tcPr>
            <w:tcW w:type="dxa" w:w="1247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ESPECIFICACIÓN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Información visible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Línea temporal presupuesto → pedido → albarán → factura → cobro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Botones y acciones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Abrir cada documento vinculado</w:t>
            </w:r>
          </w:p>
        </w:tc>
      </w:tr>
      <w:tr>
        <w:tc>
          <w:tcPr>
            <w:tcW w:type="dxa" w:w="266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Reglas de interfaz y validación</w:t>
            </w:r>
          </w:p>
        </w:tc>
        <w:tc>
          <w:tcPr>
            <w:tcW w:type="dxa" w:w="1247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Un documento conserva identificadores de toda la cadena.</w:t>
            </w:r>
          </w:p>
        </w:tc>
      </w:tr>
      <w:tr>
        <w:tc>
          <w:tcPr>
            <w:tcW w:type="dxa" w:w="266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Composición visual</w:t>
            </w:r>
          </w:p>
        </w:tc>
        <w:tc>
          <w:tcPr>
            <w:tcW w:type="dxa" w:w="1247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Disposición recomendada: cabecera con filtros, tabla de elementos con estados y una ficha lateral con pestañas Información, Documentos e Historial; acción primaria visible arriba a la derecha.</w:t>
            </w:r>
          </w:p>
        </w:tc>
      </w:tr>
    </w:tbl>
    <w:p>
      <w:pPr>
        <w:spacing w:after="20"/>
      </w:pPr>
    </w:p>
    <w:p>
      <w:pPr>
        <w:pStyle w:val="Heading1"/>
      </w:pPr>
      <w:r>
        <w:t>5.  Modelo de datos, formularios y validaciones</w:t>
      </w:r>
    </w:p>
    <w:p>
      <w:r>
        <w:t>Se propone un esquema relacional conceptual. Los identificadores deben ser estables, las fechas de simulación independientes del reloj del servidor y los registros compartidos entre empresas deben limitarse a la información autorizada.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5"/>
        <w:gridCol w:w="5065"/>
        <w:gridCol w:w="5065"/>
      </w:tblGrid>
      <w:tr>
        <w:tc>
          <w:tcPr>
            <w:tcW w:type="dxa" w:w="3628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CAMPO LÓGICO</w:t>
            </w:r>
          </w:p>
        </w:tc>
        <w:tc>
          <w:tcPr>
            <w:tcW w:type="dxa" w:w="510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FUNCIÓN</w:t>
            </w:r>
          </w:p>
        </w:tc>
        <w:tc>
          <w:tcPr>
            <w:tcW w:type="dxa" w:w="64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CONTROL DE DATOS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Serie factura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serie_factura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Numero factura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numero_factura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Cliente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cliente_id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Presupuesto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presupuesto_id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Pedido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pedido_id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Albaran id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albaran_id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Producto id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producto_id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Unidades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unidades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Precio unitario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precio_unitario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Descuento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descuento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Base igic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base_igic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Tipo igic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tipo_igic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Cuota igic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cuota_igic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Total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total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Fecha vencimiento</w:t>
            </w:r>
          </w:p>
        </w:tc>
        <w:tc>
          <w:tcPr>
            <w:tcW w:type="dxa" w:w="510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fecha_vencimiento</w:t>
            </w:r>
          </w:p>
        </w:tc>
        <w:tc>
          <w:tcPr>
            <w:tcW w:type="dxa" w:w="64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  <w:tr>
        <w:tc>
          <w:tcPr>
            <w:tcW w:type="dxa" w:w="3628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Estado cobro</w:t>
            </w:r>
          </w:p>
        </w:tc>
        <w:tc>
          <w:tcPr>
            <w:tcW w:type="dxa" w:w="510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estado_cobro</w:t>
            </w:r>
          </w:p>
        </w:tc>
        <w:tc>
          <w:tcPr>
            <w:tcW w:type="dxa" w:w="64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Validación de formato y coherencia con expediente.</w:t>
            </w:r>
          </w:p>
        </w:tc>
      </w:tr>
    </w:tbl>
    <w:p>
      <w:pPr>
        <w:spacing w:after="20"/>
      </w:pPr>
    </w:p>
    <w:p>
      <w:pPr>
        <w:pStyle w:val="Heading2"/>
      </w:pPr>
      <w:r>
        <w:t>Reglas esenciales de negocio</w:t>
      </w:r>
    </w:p>
    <w:p>
      <w:r>
        <w:rPr>
          <w:b/>
          <w:color w:val="176FD7"/>
        </w:rPr>
        <w:t xml:space="preserve">RN-01. </w:t>
      </w:r>
      <w:r>
        <w:t>Numeración de factura única por serie y empresa.</w:t>
      </w:r>
    </w:p>
    <w:p>
      <w:r>
        <w:rPr>
          <w:b/>
          <w:color w:val="176FD7"/>
        </w:rPr>
        <w:t xml:space="preserve">RN-02. </w:t>
      </w:r>
      <w:r>
        <w:t>IGIC parametrizable según operación simulada.</w:t>
      </w:r>
    </w:p>
    <w:p>
      <w:r>
        <w:rPr>
          <w:b/>
          <w:color w:val="176FD7"/>
        </w:rPr>
        <w:t xml:space="preserve">RN-03. </w:t>
      </w:r>
      <w:r>
        <w:t>No confundir IVA con IGIC ni usar supuestos peninsulares en el piloto.</w:t>
      </w:r>
    </w:p>
    <w:p>
      <w:r>
        <w:rPr>
          <w:b/>
          <w:color w:val="176FD7"/>
        </w:rPr>
        <w:t xml:space="preserve">RN-04. </w:t>
      </w:r>
      <w:r>
        <w:t>Importes recalculados en servidor.</w:t>
      </w:r>
    </w:p>
    <w:p>
      <w:r>
        <w:rPr>
          <w:b/>
          <w:color w:val="176FD7"/>
        </w:rPr>
        <w:t xml:space="preserve">RN-05. </w:t>
      </w:r>
      <w:r>
        <w:t>Facturas emitidas inmutables salvo procedimientos de rectificación.</w:t>
      </w:r>
    </w:p>
    <w:p>
      <w:r>
        <w:rPr>
          <w:b/>
          <w:color w:val="176FD7"/>
        </w:rPr>
        <w:t xml:space="preserve">RN-06. </w:t>
      </w:r>
      <w:r>
        <w:t>Entregas parciales deben originar documentos coherentes.</w:t>
      </w:r>
    </w:p>
    <w:p>
      <w:r>
        <w:rPr>
          <w:b/>
          <w:color w:val="176FD7"/>
        </w:rPr>
        <w:t xml:space="preserve">RN-07. </w:t>
      </w:r>
      <w:r>
        <w:t>Todas las facturas indican SIMULACIÓN SIN VALIDEZ FISCAL.</w:t>
      </w:r>
    </w:p>
    <w:p>
      <w:pPr>
        <w:pStyle w:val="Heading2"/>
      </w:pPr>
      <w:r>
        <w:t>Estados y transición documental</w:t>
      </w:r>
    </w:p>
    <w:p>
      <w:r>
        <w:t>Patrón común: BORRADOR → PENDIENTE DE REVISIÓN → VALIDADO/CONFIRMADO → EJECUTADO/FINALIZADO. Cuando exista incidencia se habilita OBSERVADO/RECHAZADO; cuando proceda, ANULADO o RECTIFICADO mediante registro nuevo. Las transiciones definitivas no se deshacen mediante edición silenciosa.</w:t>
      </w:r>
    </w:p>
    <w:p>
      <w:pPr>
        <w:pStyle w:val="Heading1"/>
      </w:pPr>
      <w:r>
        <w:t>6.  Integración interaplicaciones y eventos</w:t>
      </w:r>
    </w:p>
    <w:p>
      <w:r>
        <w:t>Se relaciona funcionalmente con: CRM (2); Productos (5); Almacén (6); Logística (7); Contabilidad (8); Tesorería (9); Mercado (15); Banco (16); Hacienda (17).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MOMENTO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TRATAMIENTO TÉCNICO PROPUESTO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Alta o propuesta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Guardar borrador con identificador de empresa y campaña, autor, versión, estado y origen.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Confirmación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en backend; realizar transacción atómica; devolver código único de confirmación.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Comunicación a otra app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Emitir evento de dominio con ID de operación; cola o bandeja de entrada idempotente.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Recepción desde otra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Validar permiso entre empresas, evitar duplicados y preservar el documento recibido.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Rectificación o anulación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evento compensatorio con vínculo al original y conservar historial completo.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Evaluación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Registrar evidencia automática con actor individual, criterio curricular configurado y documento resultante.</w:t>
            </w:r>
          </w:p>
        </w:tc>
      </w:tr>
    </w:tbl>
    <w:p>
      <w:pPr>
        <w:spacing w:after="20"/>
      </w:pPr>
    </w:p>
    <w:p>
      <w:pPr>
        <w:pStyle w:val="Heading1"/>
      </w:pPr>
      <w:r>
        <w:t>7.  Intervención de la IA y de FP360 SIM</w:t>
      </w:r>
    </w:p>
    <w:p>
      <w:r>
        <w:t>La IA local o el servicio de IA configurado puede redactar encargos, explicaciones progresivas, comunicaciones de ejemplo, preguntas de reflexión y alternativas de actuación. Antes de publicar un caso, FP360 SIM consulta el estado real de la simulación y somete el suceso a validaciones deterministas. Una respuesta de IA jamás crea por sí misma un asiento, cobro, saldo, alta laboral o cambio de existencias.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175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FASE</w:t>
            </w:r>
          </w:p>
        </w:tc>
        <w:tc>
          <w:tcPr>
            <w:tcW w:type="dxa" w:w="11962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FUNCIONAMIENTO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Diseño del caso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promotor o docente define competencias, nivel, duración y empresas implicadas; la IA propone el guion.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Precondiciones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motor comprueba recursos, stock, caja, documentos previos, ventanas lectivas y roles autorizados.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Instrucciones al alumnado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Se publica una tarea con contexto, objetivo, pasos orientativos y aplicaciones a utilizar; las ayudas se gradúan.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Ejecución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realiza las operaciones reales dentro del ERP educativo; se registra intervención individual.</w:t>
            </w:r>
          </w:p>
        </w:tc>
      </w:tr>
      <w:tr>
        <w:tc>
          <w:tcPr>
            <w:tcW w:type="dxa" w:w="3175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Corrección y continuidad</w:t>
            </w:r>
          </w:p>
        </w:tc>
        <w:tc>
          <w:tcPr>
            <w:tcW w:type="dxa" w:w="11962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reglas verifican resultados objetivos; FP360 SIM genera consecuencias y próximas actividades posibles.</w:t>
            </w:r>
          </w:p>
        </w:tc>
      </w:tr>
      <w:tr>
        <w:tc>
          <w:tcPr>
            <w:tcW w:type="dxa" w:w="3175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Control docente</w:t>
            </w:r>
          </w:p>
        </w:tc>
        <w:tc>
          <w:tcPr>
            <w:tcW w:type="dxa" w:w="11962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profesorado revisa excepciones, decisiones abiertas y calificaciones; puede pausar o reprogramar.</w:t>
            </w:r>
          </w:p>
        </w:tc>
      </w:tr>
    </w:tbl>
    <w:p>
      <w:pPr>
        <w:spacing w:after="20"/>
      </w:pPr>
    </w:p>
    <w:p>
      <w:pPr>
        <w:pStyle w:val="Heading1"/>
      </w:pPr>
      <w:r>
        <w:t>8.  Instrumentos de evaluación y evidencias</w:t>
      </w:r>
    </w:p>
    <w:p>
      <w:r>
        <w:t>La vinculación de actividades a resultados de aprendizaje y criterios de evaluación se realizará al cargar la programación del módulo de FP correspondiente. No se presuponen códigos curriculares idénticos para todos los ciclos y centros.</w:t>
      </w:r>
    </w:p>
    <w:p>
      <w:r>
        <w:rPr>
          <w:b/>
          <w:color w:val="176FD7"/>
        </w:rPr>
        <w:t xml:space="preserve">EVID-01. </w:t>
      </w:r>
      <w:r>
        <w:t>Confeccionar y revisar documentos mercantiles.</w:t>
      </w:r>
    </w:p>
    <w:p>
      <w:r>
        <w:rPr>
          <w:b/>
          <w:color w:val="176FD7"/>
        </w:rPr>
        <w:t xml:space="preserve">EVID-02. </w:t>
      </w:r>
      <w:r>
        <w:t>Calcular bases y cuotas de IGIC.</w:t>
      </w:r>
    </w:p>
    <w:p>
      <w:r>
        <w:rPr>
          <w:b/>
          <w:color w:val="176FD7"/>
        </w:rPr>
        <w:t xml:space="preserve">EVID-03. </w:t>
      </w:r>
      <w:r>
        <w:t>Mantener trazabilidad documental.</w:t>
      </w:r>
    </w:p>
    <w:p>
      <w:r>
        <w:rPr>
          <w:b/>
          <w:color w:val="176FD7"/>
        </w:rPr>
        <w:t xml:space="preserve">EVID-04. </w:t>
      </w:r>
      <w:r>
        <w:t>Analizar consecuencias de retrasos y cobros parciales.</w:t>
      </w:r>
    </w:p>
    <w:p>
      <w:r>
        <w:t>Evidencias mínimas recomendadas: documento origen y documento final cuando existan, histórico de cambios, validaciones fallidas, resolución adoptada, autor individual, fecha simulada y breve justificación de la decisión. Exportación configurable en PDF/CSV y, cuando esté implantada, mediante integración con Moodle.</w:t>
      </w:r>
    </w:p>
    <w:p>
      <w:pPr>
        <w:pStyle w:val="Heading1"/>
      </w:pPr>
      <w:r>
        <w:t>9.  Permisos, trazabilidad, errores y recuperación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3231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PERFIL</w:t>
            </w:r>
          </w:p>
        </w:tc>
        <w:tc>
          <w:tcPr>
            <w:tcW w:type="dxa" w:w="11906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PERMISOS ESTÁNDAR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Alumnado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Crear y tramitar operaciones de su empresa y departamento; consultar solo expedientes habilitados; no alterar estados cerrados.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Responsable de empresa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Autorizar operaciones según delegación didáctica; ver informes de empresa sin acceder a datos de otros centros.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Docente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Configurar tareas de su centro, revisar evidencias, intervenir en bloqueos, gestionar evaluación y recuperar actividades.</w:t>
            </w:r>
          </w:p>
        </w:tc>
      </w:tr>
      <w:tr>
        <w:tc>
          <w:tcPr>
            <w:tcW w:type="dxa" w:w="3231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Coordinación/promotor</w:t>
            </w:r>
          </w:p>
        </w:tc>
        <w:tc>
          <w:tcPr>
            <w:tcW w:type="dxa" w:w="11906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Planificar campañas y ver indicadores intercentros; acceso a datos individualizados solo cuando exista permiso específico.</w:t>
            </w:r>
          </w:p>
        </w:tc>
      </w:tr>
      <w:tr>
        <w:tc>
          <w:tcPr>
            <w:tcW w:type="dxa" w:w="3231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Administrador técnico</w:t>
            </w:r>
          </w:p>
        </w:tc>
        <w:tc>
          <w:tcPr>
            <w:tcW w:type="dxa" w:w="11906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Operar infraestructura, cuentas y auditoría; acceso a contenido sujeto al principio de mínima necesidad.</w:t>
            </w:r>
          </w:p>
        </w:tc>
      </w:tr>
    </w:tbl>
    <w:p>
      <w:pPr>
        <w:spacing w:after="20"/>
      </w:pPr>
    </w:p>
    <w:p>
      <w:pPr>
        <w:pStyle w:val="Heading2"/>
      </w:pPr>
      <w:r>
        <w:t>Situaciones de excepción que la interfaz debe contemplar</w:t>
      </w:r>
    </w:p>
    <w:p>
      <w:r>
        <w:rPr>
          <w:b/>
          <w:color w:val="176FD7"/>
        </w:rPr>
        <w:t xml:space="preserve">• </w:t>
      </w:r>
      <w:r>
        <w:t>Stock insuficiente.</w:t>
      </w:r>
    </w:p>
    <w:p>
      <w:r>
        <w:rPr>
          <w:b/>
          <w:color w:val="176FD7"/>
        </w:rPr>
        <w:t xml:space="preserve">• </w:t>
      </w:r>
      <w:r>
        <w:t>Cliente rechaza albarán.</w:t>
      </w:r>
    </w:p>
    <w:p>
      <w:r>
        <w:rPr>
          <w:b/>
          <w:color w:val="176FD7"/>
        </w:rPr>
        <w:t xml:space="preserve">• </w:t>
      </w:r>
      <w:r>
        <w:t>Error de tipo IGIC.</w:t>
      </w:r>
    </w:p>
    <w:p>
      <w:r>
        <w:rPr>
          <w:b/>
          <w:color w:val="176FD7"/>
        </w:rPr>
        <w:t xml:space="preserve">• </w:t>
      </w:r>
      <w:r>
        <w:t>Cobro parcial.</w:t>
      </w:r>
    </w:p>
    <w:p>
      <w:r>
        <w:rPr>
          <w:b/>
          <w:color w:val="176FD7"/>
        </w:rPr>
        <w:t xml:space="preserve">• </w:t>
      </w:r>
      <w:r>
        <w:t>Rectificativa.</w:t>
      </w:r>
    </w:p>
    <w:p>
      <w:r>
        <w:rPr>
          <w:b/>
          <w:color w:val="176FD7"/>
        </w:rPr>
        <w:t xml:space="preserve">• </w:t>
      </w:r>
      <w:r>
        <w:t>Petición duplicada.</w:t>
      </w:r>
    </w:p>
    <w:p>
      <w:r>
        <w:t>Ante un error se conservará el borrador, se explicará la causa en castellano claro y se ofrecerá una acción recuperable. No mostrar mensajes técnicos internos ni considerar completada una operación hasta que el servidor confirme su registro.</w:t>
      </w:r>
    </w:p>
    <w:p>
      <w:pPr>
        <w:pStyle w:val="Heading1"/>
      </w:pPr>
      <w:r>
        <w:t>10.  Criterios de aceptación y pruebas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597"/>
        <w:gridCol w:w="7597"/>
      </w:tblGrid>
      <w:tr>
        <w:tc>
          <w:tcPr>
            <w:tcW w:type="dxa" w:w="1304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TEST</w:t>
            </w:r>
          </w:p>
        </w:tc>
        <w:tc>
          <w:tcPr>
            <w:tcW w:type="dxa" w:w="13833"/>
            <w:vAlign w:val="center"/>
            <w:shd w:fill="112C50"/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FFFFFF"/>
                <w:sz w:val="18"/>
              </w:rPr>
              <w:t>RESULTADO ESPERADO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AC-01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vista principal coincide en estructura, tipografía, colores y jerarquía con la imagen de referencia.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AC-02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Todas las pestañas descritas existen, muestran estado vacío legible y admiten navegación por teclado.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AC-03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formulario principal valida campos, relaciones, importes, fechas y permisos en el servidor.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AC-04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confirmación genera un ID estable y ningún doble clic duplica la operación.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AC-05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y efectos derivados aparecen coherentemente en las aplicaciones conectadas.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AC-06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alumnado de una empresa no puede ver documentos privados de otra empresa o centro.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AC-07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El docente dispone de evidencia individual y puede revisar un bloqueo sin borrar historial.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AC-08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 interfaz comunica los errores de forma clara; permite reintento seguro y mantiene el borrador.</w:t>
            </w:r>
          </w:p>
        </w:tc>
      </w:tr>
      <w:tr>
        <w:tc>
          <w:tcPr>
            <w:tcW w:type="dxa" w:w="1304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AC-09</w:t>
            </w:r>
          </w:p>
        </w:tc>
        <w:tc>
          <w:tcPr>
            <w:tcW w:type="dxa" w:w="13833"/>
            <w:vAlign w:val="center"/>
            <w:shd w:fill="F4F8FC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Las pruebas de móvil, tablet y escritorio no deforman tablas, imágenes ni botones.</w:t>
            </w:r>
          </w:p>
        </w:tc>
      </w:tr>
      <w:tr>
        <w:tc>
          <w:tcPr>
            <w:tcW w:type="dxa" w:w="1304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/>
                <w:color w:val="112C50"/>
                <w:sz w:val="17"/>
              </w:rPr>
              <w:t>AC-10</w:t>
            </w:r>
          </w:p>
        </w:tc>
        <w:tc>
          <w:tcPr>
            <w:tcW w:type="dxa" w:w="13833"/>
            <w:vAlign w:val="center"/>
            <w:tcBorders>
              <w:bottom w:val="single" w:sz="2" w:color="DCE6F0"/>
            </w:tcBorders>
            <w:tcMar>
              <w:top w:w="65" w:type="dxa"/>
              <w:bottom w:w="65" w:type="dxa"/>
              <w:left w:w="125" w:type="dxa"/>
              <w:right w:w="125" w:type="dxa"/>
            </w:tcMar>
          </w:tcPr>
          <w:p>
            <w:pPr>
              <w:spacing w:after="0"/>
            </w:pPr>
            <w:r/>
            <w:r>
              <w:rPr>
                <w:b w:val="0"/>
                <w:color w:val="253F5D"/>
                <w:sz w:val="17"/>
              </w:rPr>
              <w:t>Los documentos fiscales, laborales y bancarios del caso llevan avisos de simulación cuando corresponde.</w:t>
            </w:r>
          </w:p>
        </w:tc>
      </w:tr>
    </w:tbl>
    <w:p>
      <w:pPr>
        <w:spacing w:after="20"/>
      </w:pPr>
    </w:p>
    <w:p>
      <w:pPr>
        <w:pStyle w:val="Heading1"/>
      </w:pPr>
      <w:r>
        <w:t>11.  Definición de entrega y lista de desarrollo</w:t>
      </w:r>
    </w:p>
    <w:p>
      <w:pPr>
        <w:pStyle w:val="ListBullet"/>
        <w:spacing w:after="80"/>
      </w:pPr>
      <w:r>
        <w:t>Rutas, filtros, pestañas, paneles y formularios implementados según este dossier.</w:t>
      </w:r>
    </w:p>
    <w:p>
      <w:pPr>
        <w:pStyle w:val="ListBullet"/>
        <w:spacing w:after="80"/>
      </w:pPr>
      <w:r>
        <w:t>Modelos de datos y API documentados; reglas de negocio cubiertas con pruebas automáticas.</w:t>
      </w:r>
    </w:p>
    <w:p>
      <w:pPr>
        <w:pStyle w:val="ListBullet"/>
        <w:spacing w:after="80"/>
      </w:pPr>
      <w:r>
        <w:t>Integraciones y eventos comprobados con al menos dos empresas de distintos centros canarios.</w:t>
      </w:r>
    </w:p>
    <w:p>
      <w:pPr>
        <w:pStyle w:val="ListBullet"/>
        <w:spacing w:after="80"/>
      </w:pPr>
      <w:r>
        <w:t>Verificación de permisos, roles, auditoría y recuperación de incidencias.</w:t>
      </w:r>
    </w:p>
    <w:p>
      <w:pPr>
        <w:pStyle w:val="ListBullet"/>
        <w:spacing w:after="80"/>
      </w:pPr>
      <w:r>
        <w:t>Prueba de accesibilidad y de visualización 1920×1080, portátil y móvil.</w:t>
      </w:r>
    </w:p>
    <w:p>
      <w:pPr>
        <w:pStyle w:val="ListBullet"/>
        <w:spacing w:after="80"/>
      </w:pPr>
      <w:r>
        <w:t>Caso completo ejecutado por alumnado de prueba y evidencias visibles al docente.</w:t>
      </w:r>
    </w:p>
    <w:p>
      <w:pPr>
        <w:pStyle w:val="ListBullet"/>
        <w:spacing w:after="80"/>
      </w:pPr>
      <w:r>
        <w:t>Guía funcional de usuario, ayudas contextuales y manual de instalación/operación actualizados.</w:t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794" w:right="822" w:bottom="709" w:left="822" w:header="312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758A"/>
        <w:sz w:val="16"/>
      </w:rPr>
      <w:t xml:space="preserve">DOCUMENTO DE DISEÑO · NO ES UNA APLICACIÓN OPERATIVA     •     </w:t>
    </w:r>
    <w:r>
      <w:rPr>
        <w:color w:val="176FD7"/>
        <w:sz w:val="16"/>
      </w:rPr>
      <w:t xml:space="preserve">PÁG.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60758A"/>
        <w:sz w:val="16"/>
      </w:rPr>
      <w:t>RED FP360  /  DISEÑO FUNCIONAL DE APLICACIONES  /  2027–2028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 w:line="262" w:lineRule="auto"/>
    </w:pPr>
    <w:rPr>
      <w:rFonts w:ascii="Liberation Sans" w:hAnsi="Liberation Sans"/>
      <w:color w:val="112C5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12C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6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6FD7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160"/>
      <w:contextualSpacing/>
    </w:pPr>
    <w:rPr>
      <w:rFonts w:asciiTheme="majorHAnsi" w:eastAsiaTheme="majorEastAsia" w:hAnsiTheme="majorHAnsi" w:cstheme="majorBidi" w:ascii="Liberation Sans" w:hAnsi="Liberation Sans"/>
      <w:b/>
      <w:color w:val="112C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 FP360 — Ventas y facturación — Especificación funcional y de interfaz</dc:title>
  <dc:subject>Proyecto RED FP360, Formación Profesional, Canarias, 2027-2028</dc:subject>
  <dc:creator>Equipo promotor RED FP360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